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0D888" w14:textId="052C91D0" w:rsidR="0071607A" w:rsidRDefault="00000000">
      <w:pPr>
        <w:pStyle w:val="Heading1"/>
      </w:pPr>
      <w:r>
        <w:t>LH Supervision –Supervision Form</w:t>
      </w:r>
    </w:p>
    <w:p w14:paraId="2214F977" w14:textId="77777777" w:rsidR="00FB68D8" w:rsidRPr="00FB68D8" w:rsidRDefault="00FB68D8" w:rsidP="00FB68D8"/>
    <w:p w14:paraId="274FB040" w14:textId="77777777" w:rsidR="0071607A" w:rsidRDefault="00000000">
      <w:r w:rsidRPr="00FB68D8">
        <w:rPr>
          <w:rStyle w:val="Heading3Char"/>
        </w:rPr>
        <w:t>1. SUPERVISION FOCUS</w:t>
      </w:r>
      <w:r>
        <w:br/>
      </w:r>
      <w:r>
        <w:br/>
        <w:t>What do you want to get from supervision today?</w:t>
      </w:r>
      <w:r>
        <w:br/>
      </w:r>
      <w:r>
        <w:br/>
      </w:r>
      <w:r>
        <w:br/>
        <w:t>Any current or historical risk issues?</w:t>
      </w:r>
      <w:r>
        <w:br/>
      </w:r>
      <w:r>
        <w:br/>
      </w:r>
    </w:p>
    <w:p w14:paraId="37294EBC" w14:textId="77777777" w:rsidR="0071607A" w:rsidRDefault="00000000">
      <w:r w:rsidRPr="00FB68D8">
        <w:rPr>
          <w:rStyle w:val="Heading3Char"/>
        </w:rPr>
        <w:t>2. CLIENT INFORMATION (CODED)</w:t>
      </w:r>
      <w:r>
        <w:br/>
      </w:r>
      <w:r>
        <w:br/>
        <w:t>Client name / initials (coded):</w:t>
      </w:r>
      <w:r>
        <w:br/>
        <w:t>Age:</w:t>
      </w:r>
      <w:r>
        <w:br/>
      </w:r>
      <w:r>
        <w:br/>
        <w:t>Presenting issues:</w:t>
      </w:r>
      <w:r>
        <w:br/>
      </w:r>
      <w:r>
        <w:br/>
      </w:r>
      <w:r>
        <w:br/>
        <w:t>Reason for referral:</w:t>
      </w:r>
      <w:r>
        <w:br/>
      </w:r>
      <w:r>
        <w:br/>
      </w:r>
      <w:r>
        <w:br/>
        <w:t>Genogram / key relationships:</w:t>
      </w:r>
      <w:r>
        <w:br/>
      </w:r>
      <w:r>
        <w:br/>
      </w:r>
    </w:p>
    <w:p w14:paraId="46BE40B6" w14:textId="77777777" w:rsidR="0071607A" w:rsidRDefault="00000000">
      <w:r w:rsidRPr="00FB68D8">
        <w:rPr>
          <w:rStyle w:val="Heading3Char"/>
        </w:rPr>
        <w:t>3. BEHAVIOURAL &amp; DEVELOPMENTAL HISTORY</w:t>
      </w:r>
      <w:r>
        <w:br/>
      </w:r>
      <w:r>
        <w:br/>
        <w:t>Early experiences &amp; attachment history:</w:t>
      </w:r>
      <w:r>
        <w:br/>
      </w:r>
      <w:r>
        <w:br/>
      </w:r>
      <w:r>
        <w:br/>
        <w:t>Patterns of behaviour:</w:t>
      </w:r>
      <w:r>
        <w:br/>
      </w:r>
      <w:r>
        <w:br/>
      </w:r>
      <w:r>
        <w:br/>
        <w:t>Emotional regulation patterns:</w:t>
      </w:r>
      <w:r>
        <w:br/>
      </w:r>
      <w:r>
        <w:br/>
      </w:r>
      <w:r>
        <w:br/>
        <w:t>Protective factors &amp; strengths:</w:t>
      </w:r>
      <w:r>
        <w:br/>
      </w:r>
      <w:r>
        <w:br/>
      </w:r>
    </w:p>
    <w:p w14:paraId="0BC56BB9" w14:textId="77777777" w:rsidR="0071607A" w:rsidRDefault="00000000">
      <w:r w:rsidRPr="00FB68D8">
        <w:rPr>
          <w:rStyle w:val="Heading3Char"/>
        </w:rPr>
        <w:lastRenderedPageBreak/>
        <w:t>4. THERAPEUTIC WORK TO DATE</w:t>
      </w:r>
      <w:r>
        <w:br/>
      </w:r>
      <w:r>
        <w:br/>
        <w:t>Therapeutic model(s) used and rationale:</w:t>
      </w:r>
      <w:r>
        <w:br/>
      </w:r>
      <w:r>
        <w:br/>
      </w:r>
      <w:r>
        <w:br/>
        <w:t>Key interventions / tools used:</w:t>
      </w:r>
      <w:r>
        <w:br/>
      </w:r>
      <w:r>
        <w:br/>
      </w:r>
      <w:r>
        <w:br/>
        <w:t>What has helped the work progress?</w:t>
      </w:r>
      <w:r>
        <w:br/>
      </w:r>
      <w:r>
        <w:br/>
      </w:r>
      <w:r>
        <w:br/>
        <w:t>What has hindered the work?</w:t>
      </w:r>
      <w:r>
        <w:br/>
      </w:r>
      <w:r>
        <w:br/>
      </w:r>
    </w:p>
    <w:p w14:paraId="2FC2575F" w14:textId="13E130B4" w:rsidR="0071607A" w:rsidRDefault="00000000">
      <w:r w:rsidRPr="00FB68D8">
        <w:rPr>
          <w:rStyle w:val="Heading3Char"/>
        </w:rPr>
        <w:t>5. PROJECTIONS, TRANSFERENCE &amp; PARALLEL PROCESS</w:t>
      </w:r>
      <w:r w:rsidRPr="00FB68D8">
        <w:rPr>
          <w:rStyle w:val="Heading3Char"/>
        </w:rPr>
        <w:br/>
      </w:r>
      <w:r>
        <w:br/>
        <w:t>Observed client projections:</w:t>
      </w:r>
      <w:r>
        <w:br/>
      </w:r>
      <w:r>
        <w:br/>
      </w:r>
      <w:r>
        <w:br/>
        <w:t>Transference dynamics:</w:t>
      </w:r>
      <w:r>
        <w:br/>
      </w:r>
      <w:r>
        <w:br/>
      </w:r>
      <w:r>
        <w:br/>
        <w:t>Countertransference responses:</w:t>
      </w:r>
      <w:r>
        <w:br/>
      </w:r>
      <w:r>
        <w:br/>
      </w:r>
      <w:r>
        <w:br/>
        <w:t>Parallel processes:</w:t>
      </w:r>
      <w:r>
        <w:br/>
      </w:r>
      <w:r>
        <w:br/>
      </w:r>
      <w:r>
        <w:br/>
        <w:t>What might this dynamic be communicating?</w:t>
      </w:r>
      <w:r>
        <w:br/>
      </w:r>
      <w:r>
        <w:br/>
      </w:r>
      <w:r>
        <w:br/>
        <w:t xml:space="preserve">How is this being held or </w:t>
      </w:r>
      <w:r w:rsidR="00FB68D8" w:rsidRPr="00FB68D8">
        <w:t>acknowledged</w:t>
      </w:r>
      <w:r>
        <w:t>?</w:t>
      </w:r>
      <w:r>
        <w:br/>
      </w:r>
      <w:r>
        <w:br/>
      </w:r>
    </w:p>
    <w:p w14:paraId="41BD71D4" w14:textId="77777777" w:rsidR="00FB68D8" w:rsidRDefault="00000000">
      <w:r w:rsidRPr="00FB68D8">
        <w:rPr>
          <w:rStyle w:val="Heading3Char"/>
        </w:rPr>
        <w:t>6. SUPERVISION QUESTION</w:t>
      </w:r>
      <w:r>
        <w:br/>
      </w:r>
      <w:r>
        <w:br/>
        <w:t>What do you want from presenting this client today?</w:t>
      </w:r>
      <w:r>
        <w:br/>
      </w:r>
    </w:p>
    <w:p w14:paraId="4D9EB612" w14:textId="4E9EEB80" w:rsidR="0071607A" w:rsidRDefault="00000000">
      <w:r>
        <w:br/>
      </w:r>
    </w:p>
    <w:p w14:paraId="5CBBB338" w14:textId="52C899ED" w:rsidR="0071607A" w:rsidRDefault="00000000">
      <w:r w:rsidRPr="00FB68D8">
        <w:rPr>
          <w:rStyle w:val="Heading3Char"/>
        </w:rPr>
        <w:lastRenderedPageBreak/>
        <w:t>7. OUTCOMES &amp; ACTIONS</w:t>
      </w:r>
      <w:r>
        <w:br/>
      </w:r>
      <w:r>
        <w:br/>
        <w:t xml:space="preserve">What will you take back into your </w:t>
      </w:r>
      <w:r w:rsidR="00FB68D8" w:rsidRPr="00FB68D8">
        <w:t xml:space="preserve">therapeutic </w:t>
      </w:r>
      <w:r>
        <w:t>work?</w:t>
      </w:r>
      <w:r>
        <w:br/>
      </w:r>
      <w:r>
        <w:br/>
      </w:r>
      <w:r>
        <w:br/>
        <w:t>Any follow-up actions or reflections?</w:t>
      </w:r>
      <w:r>
        <w:br/>
      </w:r>
      <w:r>
        <w:br/>
      </w:r>
    </w:p>
    <w:sectPr w:rsidR="0071607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55690920">
    <w:abstractNumId w:val="8"/>
  </w:num>
  <w:num w:numId="2" w16cid:durableId="1852840449">
    <w:abstractNumId w:val="6"/>
  </w:num>
  <w:num w:numId="3" w16cid:durableId="328093844">
    <w:abstractNumId w:val="5"/>
  </w:num>
  <w:num w:numId="4" w16cid:durableId="192571564">
    <w:abstractNumId w:val="4"/>
  </w:num>
  <w:num w:numId="5" w16cid:durableId="1642494002">
    <w:abstractNumId w:val="7"/>
  </w:num>
  <w:num w:numId="6" w16cid:durableId="2097092421">
    <w:abstractNumId w:val="3"/>
  </w:num>
  <w:num w:numId="7" w16cid:durableId="1547377248">
    <w:abstractNumId w:val="2"/>
  </w:num>
  <w:num w:numId="8" w16cid:durableId="1104151628">
    <w:abstractNumId w:val="1"/>
  </w:num>
  <w:num w:numId="9" w16cid:durableId="1318070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2E3F"/>
    <w:rsid w:val="00034616"/>
    <w:rsid w:val="0006063C"/>
    <w:rsid w:val="0015074B"/>
    <w:rsid w:val="0029639D"/>
    <w:rsid w:val="00326F90"/>
    <w:rsid w:val="0071607A"/>
    <w:rsid w:val="00AA1D8D"/>
    <w:rsid w:val="00B47730"/>
    <w:rsid w:val="00CB0664"/>
    <w:rsid w:val="00FB68D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DAB46D"/>
  <w14:defaultImageDpi w14:val="300"/>
  <w15:docId w15:val="{066C441E-8A93-4B92-BD09-874611D16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Wayne George</cp:lastModifiedBy>
  <cp:revision>2</cp:revision>
  <dcterms:created xsi:type="dcterms:W3CDTF">2013-12-23T23:15:00Z</dcterms:created>
  <dcterms:modified xsi:type="dcterms:W3CDTF">2026-02-08T20:05:00Z</dcterms:modified>
  <cp:category/>
</cp:coreProperties>
</file>